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F64EF9">
        <w:trPr>
          <w:trHeight w:val="31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28C2BD43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15FD0500" w:rsidR="005A183F" w:rsidRPr="005A183F" w:rsidRDefault="00F64EF9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May 8</w:t>
            </w:r>
            <w:r w:rsidRP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th</w:t>
            </w:r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446BF51E" w:rsidR="00215D23" w:rsidRPr="005A183F" w:rsidRDefault="00A364C3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</w:t>
            </w:r>
            <w:r w:rsidR="00A871EC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sk 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yourself W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HY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you want it.</w:t>
            </w: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BD6848B" w14:textId="410AE928" w:rsidR="006B41DD" w:rsidRDefault="00E91EE4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I have started to fill in the </w:t>
            </w:r>
            <w:r w:rsidR="00E5763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VINYL project RPM plan and capturing ideas in</w:t>
            </w:r>
            <w:r w:rsidR="007A57A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</w:t>
            </w:r>
            <w:r w:rsidR="00E5763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because I realized there was already a big flow of ideas I </w:t>
            </w:r>
            <w:r w:rsidR="00D00930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H</w:t>
            </w:r>
            <w:r w:rsidR="00E5763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ad which I didn’t capture </w:t>
            </w:r>
            <w:r w:rsidR="00F2086D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and they are lost(for now).</w:t>
            </w:r>
          </w:p>
          <w:p w14:paraId="44C6C24B" w14:textId="4561BD41" w:rsidR="00F2086D" w:rsidRDefault="00F2086D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Also, I have decided that the 3</w:t>
            </w:r>
            <w:r w:rsidRPr="00F2086D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rd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plan, which was to create a </w:t>
            </w:r>
            <w:r w:rsidR="0047199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smart 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product </w:t>
            </w:r>
            <w:r w:rsidR="0047199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and services, should be part of my portfolio plan. It will be a more fluid plan which will come </w:t>
            </w:r>
            <w:r w:rsidR="003A1CBA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as the “Portfolio” project </w:t>
            </w:r>
            <w:r w:rsidR="008137B8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continues</w:t>
            </w:r>
            <w:r w:rsidR="003A1CBA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and grows.</w:t>
            </w:r>
          </w:p>
          <w:p w14:paraId="16ECEA7B" w14:textId="77777777" w:rsidR="003A1CBA" w:rsidRDefault="003A1CBA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That means that my target for the Vinyl e-com web shop</w:t>
            </w:r>
            <w:r w:rsidR="00744A0A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 becomes the bigger plan and extends it’s target of going LIVE to the beginning of 2025(</w:t>
            </w:r>
            <w:r w:rsidR="003F3974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the 1-year bucket)</w:t>
            </w:r>
            <w:r w:rsidR="00580FE2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.</w:t>
            </w:r>
          </w:p>
          <w:p w14:paraId="63AE7A08" w14:textId="6BFB5FDF" w:rsidR="00580FE2" w:rsidRPr="005A183F" w:rsidRDefault="00580FE2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Having three separate goals may be way too much looking at what rate I am able to tackle the deadline I set to myself.</w:t>
            </w:r>
            <w:r w:rsidR="00940CE1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With that in mind I decided to merge the two projects(they are </w:t>
            </w:r>
            <w:r w:rsidR="00EE6E60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indeed </w:t>
            </w:r>
            <w:r w:rsidR="00940CE1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somehow interlinked in my head).</w:t>
            </w: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D71D8F8" w14:textId="747DE2E1" w:rsidR="007B3A7E" w:rsidRPr="005A183F" w:rsidRDefault="008137B8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More clarity to help me move forward.</w:t>
            </w: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70449C70" w:rsidR="005A183F" w:rsidRPr="005A183F" w:rsidRDefault="00A023DE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  <w:t>Alleviate self-load, make it more “achievable”</w:t>
            </w: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5D3EAF9" w14:textId="7BBE9D85" w:rsidR="00C65525" w:rsidRDefault="00140F95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My website went live @ </w:t>
            </w:r>
            <w:hyperlink r:id="rId8" w:history="1">
              <w:r w:rsidRPr="00E97EFE">
                <w:rPr>
                  <w:rStyle w:val="Hyperlink"/>
                  <w:rFonts w:asciiTheme="majorHAnsi" w:eastAsia="Times New Roman" w:hAnsiTheme="majorHAnsi" w:cstheme="majorHAnsi"/>
                  <w:sz w:val="21"/>
                  <w:szCs w:val="21"/>
                  <w:lang w:eastAsia="nl-NL"/>
                </w:rPr>
                <w:t>https://billpantzartzis.info</w:t>
              </w:r>
            </w:hyperlink>
          </w:p>
          <w:p w14:paraId="68DFC23F" w14:textId="15C53FA5" w:rsidR="00140F95" w:rsidRPr="005A183F" w:rsidRDefault="00140F95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lastRenderedPageBreak/>
              <w:t>Basic but it’s there! Any changes are just changes, I do not have to take it d</w:t>
            </w:r>
            <w:r w:rsidR="00D93B33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own like I did </w:t>
            </w:r>
            <w:r w:rsidR="008A5105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few </w:t>
            </w:r>
            <w:r w:rsidR="00D93B33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years ago. I like it!</w:t>
            </w: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lastRenderedPageBreak/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60F9408" w14:textId="77777777" w:rsidR="005A183F" w:rsidRDefault="00EF3143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Challenges:</w:t>
            </w:r>
          </w:p>
          <w:p w14:paraId="50DBCF0D" w14:textId="4E6E0414" w:rsidR="00EF3143" w:rsidRPr="005A183F" w:rsidRDefault="00EF3143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Answer the WHY question properly.</w:t>
            </w:r>
            <w:r w:rsidR="00B224E4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I still find difficult to explain WHY, but I think the more it circles around in my head the more I will be able to get clarity. </w:t>
            </w:r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0C07E725" w:rsidR="005A183F" w:rsidRPr="005A183F" w:rsidRDefault="00FA5996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IDK… </w:t>
            </w:r>
            <w:r w:rsidR="0026413B">
              <w:rPr>
                <w:rFonts w:asciiTheme="majorHAnsi" w:hAnsiTheme="majorHAnsi" w:cstheme="majorHAnsi"/>
                <w:sz w:val="21"/>
                <w:szCs w:val="21"/>
              </w:rPr>
              <w:t>I let the journey take me wherever it can!</w:t>
            </w:r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FB635ED" w14:textId="32A88C2E" w:rsidR="0013604B" w:rsidRDefault="0026413B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It puts me in a positive can-do</w:t>
            </w:r>
            <w:r w:rsidR="00C60CB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/will-do mindset. As I expressed before the hardest part for me </w:t>
            </w:r>
            <w:r w:rsidR="00CE4D2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most times</w:t>
            </w:r>
            <w:r w:rsidR="00C60CB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is making a decision</w:t>
            </w:r>
            <w:r w:rsidR="005E2BA6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(not decision-making)</w:t>
            </w:r>
            <w:r w:rsidR="00CE4D2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, </w:t>
            </w:r>
            <w:r w:rsidR="00572EF2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in which I have already improved a lot </w:t>
            </w:r>
            <w:r w:rsidR="00B95646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in </w:t>
            </w:r>
            <w:r w:rsidR="00572EF2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since </w:t>
            </w:r>
            <w:r w:rsidR="00B656B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the </w:t>
            </w:r>
            <w:r w:rsidR="006453E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past</w:t>
            </w:r>
            <w:r w:rsidR="00B95646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few</w:t>
            </w:r>
            <w:r w:rsidR="006453E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B656B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months. </w:t>
            </w:r>
            <w:r w:rsidR="001F2636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Also</w:t>
            </w:r>
            <w:r w:rsidR="0099769B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</w:t>
            </w:r>
            <w:r w:rsidR="001F2636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seeing the positive out of anything is another superpower I have been </w:t>
            </w:r>
            <w:r w:rsidR="0013604B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learning to re-master. </w:t>
            </w:r>
          </w:p>
          <w:p w14:paraId="5CABA685" w14:textId="3C5ABF01" w:rsidR="005A183F" w:rsidRPr="005A183F" w:rsidRDefault="00B656B9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Now with more </w:t>
            </w:r>
            <w:r w:rsidR="004B4E93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stability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</w:t>
            </w:r>
            <w:r w:rsidR="004B4E93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13604B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positivity, </w:t>
            </w:r>
            <w:r w:rsidR="004B4E93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maturity and great coaches and </w:t>
            </w:r>
            <w:r w:rsidR="00B17891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people around to advise me</w:t>
            </w:r>
            <w:r w:rsidR="007B6AA4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I am set on the path for the WIN!</w:t>
            </w: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64775E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F9939" w14:textId="77777777" w:rsidR="0064775E" w:rsidRDefault="0064775E" w:rsidP="00B116A7">
      <w:pPr>
        <w:spacing w:after="0" w:line="240" w:lineRule="auto"/>
      </w:pPr>
      <w:r>
        <w:separator/>
      </w:r>
    </w:p>
  </w:endnote>
  <w:endnote w:type="continuationSeparator" w:id="0">
    <w:p w14:paraId="7C13B1AE" w14:textId="77777777" w:rsidR="0064775E" w:rsidRDefault="0064775E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r w:rsidRPr="006D7C6B">
      <w:rPr>
        <w:sz w:val="16"/>
        <w:szCs w:val="16"/>
        <w:lang w:val="nl-NL"/>
      </w:rPr>
      <w:t xml:space="preserve">Sustality </w:t>
    </w:r>
    <w:r w:rsidR="005A183F">
      <w:rPr>
        <w:sz w:val="16"/>
        <w:szCs w:val="16"/>
        <w:lang w:val="nl-NL"/>
      </w:rPr>
      <w:t>Session Preparation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65D7D" w14:textId="77777777" w:rsidR="0064775E" w:rsidRDefault="0064775E" w:rsidP="00B116A7">
      <w:pPr>
        <w:spacing w:after="0" w:line="240" w:lineRule="auto"/>
      </w:pPr>
      <w:r>
        <w:separator/>
      </w:r>
    </w:p>
  </w:footnote>
  <w:footnote w:type="continuationSeparator" w:id="0">
    <w:p w14:paraId="221F0816" w14:textId="77777777" w:rsidR="0064775E" w:rsidRDefault="0064775E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 preparation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2C1"/>
    <w:rsid w:val="0006063C"/>
    <w:rsid w:val="00087A6F"/>
    <w:rsid w:val="0009322D"/>
    <w:rsid w:val="000D7144"/>
    <w:rsid w:val="00133720"/>
    <w:rsid w:val="0013604B"/>
    <w:rsid w:val="00140F95"/>
    <w:rsid w:val="0015074B"/>
    <w:rsid w:val="001B349B"/>
    <w:rsid w:val="001E7F78"/>
    <w:rsid w:val="001F2636"/>
    <w:rsid w:val="00215D23"/>
    <w:rsid w:val="00246535"/>
    <w:rsid w:val="0026413B"/>
    <w:rsid w:val="00275FAB"/>
    <w:rsid w:val="0029639D"/>
    <w:rsid w:val="00326F90"/>
    <w:rsid w:val="00332CEE"/>
    <w:rsid w:val="003A1CBA"/>
    <w:rsid w:val="003B133B"/>
    <w:rsid w:val="003F3974"/>
    <w:rsid w:val="00471995"/>
    <w:rsid w:val="004B4E93"/>
    <w:rsid w:val="005325B7"/>
    <w:rsid w:val="00572EF2"/>
    <w:rsid w:val="00580FE2"/>
    <w:rsid w:val="005A183F"/>
    <w:rsid w:val="005B1854"/>
    <w:rsid w:val="005E2BA6"/>
    <w:rsid w:val="006453EF"/>
    <w:rsid w:val="0064775E"/>
    <w:rsid w:val="006A4132"/>
    <w:rsid w:val="006A5452"/>
    <w:rsid w:val="006B41DD"/>
    <w:rsid w:val="006D7C6B"/>
    <w:rsid w:val="006E1BB4"/>
    <w:rsid w:val="0071264C"/>
    <w:rsid w:val="0073718D"/>
    <w:rsid w:val="00744A0A"/>
    <w:rsid w:val="007A57AF"/>
    <w:rsid w:val="007B3A7E"/>
    <w:rsid w:val="007B6AA4"/>
    <w:rsid w:val="008137B8"/>
    <w:rsid w:val="008A5105"/>
    <w:rsid w:val="008E2B54"/>
    <w:rsid w:val="00940CE1"/>
    <w:rsid w:val="009916B5"/>
    <w:rsid w:val="0099769B"/>
    <w:rsid w:val="00A023DE"/>
    <w:rsid w:val="00A1538E"/>
    <w:rsid w:val="00A177C4"/>
    <w:rsid w:val="00A25352"/>
    <w:rsid w:val="00A364C3"/>
    <w:rsid w:val="00A45A0F"/>
    <w:rsid w:val="00A82ED8"/>
    <w:rsid w:val="00A871EC"/>
    <w:rsid w:val="00AA1D8D"/>
    <w:rsid w:val="00AB4054"/>
    <w:rsid w:val="00AF5E03"/>
    <w:rsid w:val="00B116A7"/>
    <w:rsid w:val="00B17891"/>
    <w:rsid w:val="00B224E4"/>
    <w:rsid w:val="00B35582"/>
    <w:rsid w:val="00B47730"/>
    <w:rsid w:val="00B656B9"/>
    <w:rsid w:val="00B74A0C"/>
    <w:rsid w:val="00B95646"/>
    <w:rsid w:val="00BB1D54"/>
    <w:rsid w:val="00BD6F0E"/>
    <w:rsid w:val="00BE1EB2"/>
    <w:rsid w:val="00C3355C"/>
    <w:rsid w:val="00C60CBF"/>
    <w:rsid w:val="00C65525"/>
    <w:rsid w:val="00C702D1"/>
    <w:rsid w:val="00C76A91"/>
    <w:rsid w:val="00C963BA"/>
    <w:rsid w:val="00CB0664"/>
    <w:rsid w:val="00CC70D2"/>
    <w:rsid w:val="00CE4D2E"/>
    <w:rsid w:val="00D00930"/>
    <w:rsid w:val="00D30C9D"/>
    <w:rsid w:val="00D66195"/>
    <w:rsid w:val="00D812B0"/>
    <w:rsid w:val="00D93B33"/>
    <w:rsid w:val="00DE6777"/>
    <w:rsid w:val="00E44F83"/>
    <w:rsid w:val="00E57635"/>
    <w:rsid w:val="00E610D5"/>
    <w:rsid w:val="00E91EE4"/>
    <w:rsid w:val="00EE6E60"/>
    <w:rsid w:val="00EF3143"/>
    <w:rsid w:val="00F1372F"/>
    <w:rsid w:val="00F2086D"/>
    <w:rsid w:val="00F64EF9"/>
    <w:rsid w:val="00F77F8F"/>
    <w:rsid w:val="00FA599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140F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0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lpantzartzis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2480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patzo bil</cp:lastModifiedBy>
  <cp:revision>39</cp:revision>
  <dcterms:created xsi:type="dcterms:W3CDTF">2024-05-03T14:56:00Z</dcterms:created>
  <dcterms:modified xsi:type="dcterms:W3CDTF">2024-05-07T18:05:00Z</dcterms:modified>
  <cp:category/>
</cp:coreProperties>
</file>